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Warszawa, 13 października 2026 r.</w:t>
      </w:r>
    </w:p>
    <w:p>
      <w:r>
        <w:t>Wierzyciel: Anna Przykładowa, ul. Przykładowa 1, 00-001 Warszawa</w:t>
      </w:r>
    </w:p>
    <w:p>
      <w:r>
        <w:t>Dłużnik: Jan Przykładowy, ul. Wzorcowa 2, 00-002 Warszawa</w:t>
      </w:r>
    </w:p>
    <w:p>
      <w:pPr>
        <w:jc w:val="center"/>
      </w:pPr>
      <w:r>
        <w:rPr>
          <w:b/>
        </w:rPr>
        <w:t>NOTA ODSETKOWA NR NO/1/2026</w:t>
      </w:r>
    </w:p>
    <w:p>
      <w:r>
        <w:t>Dokument źródłowy: umowa pożyczki z 1 lipca 2026 r. Pierwotny termin płatności: 30 września 2026 r. Podstawa odsetek: przyjęty na potrzeby przykładu zapis umowy o odsetkach za opóźnienie 8% rocznie. Nie jest to informacja o aktualnej stawce ustawowej.</w:t>
      </w:r>
    </w:p>
    <w:p>
      <w:r>
        <w:t>Okres naliczania: 1–10 października 2026 r. (oba dni włącznie), 10 dni. Saldo należności: 2 500,00 zł. Stawka roczna: 8%. Kwota odsetek: 5,48 zł.</w:t>
      </w:r>
    </w:p>
    <w:p>
      <w:r>
        <w:t>Obliczenie: 2 500 × 8 / 100 × 10 / 365 = 5,48 zł po zaokrągleniu do groszy. RAZEM ODSETKI DO ZAPŁATY: 5,48 zł. Kwota obejmuje wyłącznie odsetki, bez należności głównej.</w:t>
      </w:r>
    </w:p>
    <w:p>
      <w:r>
        <w:t>Proszę o zapłatę odsetek do 20 października 2026 r. na rachunek [wpisz własny numer rachunku]. Tytuł przelewu: nota odsetkowa NO/1/2026.</w:t>
      </w:r>
    </w:p>
    <w:p>
      <w:r>
        <w:t>Wystawiła: Anna Przykładowa. Podpis: ........................................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Przykład edukacyjny: dane osób i adresy są fikcyjne. Uzupełnij własny rachunek i kontakt przed wysyłką.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ODSETKOWA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