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[Miejscowość], [data wystawienia]</w:t>
      </w:r>
    </w:p>
    <w:p>
      <w:r>
        <w:t>Wierzyciel: [nazwa / imię i nazwisko, adres, NIP jeśli dotyczy]</w:t>
      </w:r>
    </w:p>
    <w:p>
      <w:r>
        <w:t>Dłużnik: [nazwa / imię i nazwisko, adres, NIP jeśli dotyczy]</w:t>
      </w:r>
    </w:p>
    <w:p>
      <w:pPr>
        <w:jc w:val="center"/>
      </w:pPr>
      <w:r>
        <w:rPr>
          <w:b/>
        </w:rPr>
        <w:t>NOTA ODSETKOWA NR [numer]</w:t>
      </w:r>
    </w:p>
    <w:p>
      <w:r>
        <w:t>Dokument źródłowy: [numer i data faktury lub umowy]. Pierwotny termin płatności: [data]. Rodzaj i podstawa odsetek: [wpisz podstawę, np. postanowienie umowy].</w:t>
      </w:r>
    </w:p>
    <w:p>
      <w:r>
        <w:t>Okres naliczania: od [data] do [data], oba dni włącznie; liczba dni: [liczba]. Saldo należności: [kwota] zł. Stawka roczna: [stawka]%. Kwota odsetek: [kwota] zł. Powtórz ten wiersz dla każdego kolejnego okresu zmiany salda lub stawki.</w:t>
      </w:r>
    </w:p>
    <w:p>
      <w:r>
        <w:t>Sposób obliczenia: saldo × stawka roczna / 100 × liczba dni / 365. Każdy okres zaokrąglij do groszy, następnie zsumuj. Razem odsetki do zapłaty: [kwota] zł. Kwota ta nie obejmuje należności głównej.</w:t>
      </w:r>
    </w:p>
    <w:p>
      <w:r>
        <w:t>Proszę o zapłatę odsetek do [data] na rachunek [numer rachunku]. Tytuł przelewu: nota odsetkowa [numer].</w:t>
      </w:r>
    </w:p>
    <w:p>
      <w:r>
        <w:t>Wystawił(a): [imię i nazwisko]. Podpis: ........................................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Pusty wzór: zastąp pola w nawiasach własnymi danymi. Usuń zapisy niepasujące do sprawy.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4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ODSETKOWA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