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[Miejscowość], [data sporządzenia]</w:t>
      </w:r>
    </w:p>
    <w:p>
      <w:r>
        <w:t>Wierzyciel: [imię i nazwisko / nazwa firmy, adres]</w:t>
      </w:r>
    </w:p>
    <w:p>
      <w:r>
        <w:t>Dłużnik: [imię i nazwisko / nazwa firmy, adres]</w:t>
      </w:r>
    </w:p>
    <w:p>
      <w:pPr>
        <w:jc w:val="center"/>
      </w:pPr>
      <w:r>
        <w:rPr>
          <w:b/>
        </w:rPr>
        <w:t>WEZWANIE DO ZAPŁATY</w:t>
      </w:r>
    </w:p>
    <w:p>
      <w:r>
        <w:t>Wzywam do zapłaty kwoty [kwota i waluta] z tytułu [podstawa długu, np. numer i data faktury lub umowy]. Termin płatności upłynął [data]. Na dzień sporządzenia pisma należność nie została zapłacona.</w:t>
      </w:r>
    </w:p>
    <w:p>
      <w:r>
        <w:t>Proszę o zapłatę w terminie [liczba] dni od doręczenia niniejszego wezwania na rachunek [numer rachunku wierzyciela], z tytułem przelewu [tytuł przelewu].</w:t>
      </w:r>
    </w:p>
    <w:p>
      <w:r>
        <w:t>Proszę o polubowne uregulowanie zaległości. W razie rozbieżności co do należności proszę o kontakt w celu ich wyjaśnienia.</w:t>
      </w:r>
    </w:p>
    <w:p>
      <w:r>
        <w:t>Kontakt: [adres e-mail lub numer telefonu wierzyciela]</w:t>
      </w:r>
    </w:p>
    <w:p>
      <w:r>
        <w:t>[imię i nazwisko oraz podpis wierzyciela / osoby uprawnionej]</w:t>
      </w:r>
    </w:p>
    <w:p>
      <w:r>
        <w:t>Załączniki: [np. kopia faktury lub umowy]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Pusty wzór: zastąp pola w nawiasach własnymi danymi. Usuń zapisy niepasujące do sprawy.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ZAPŁATY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